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BAED8" w14:textId="77777777" w:rsidR="001508EA" w:rsidRDefault="005B1896">
      <w:pPr>
        <w:spacing w:after="40"/>
        <w:jc w:val="center"/>
      </w:pPr>
      <w:r>
        <w:rPr>
          <w:rFonts w:ascii="Aptos Display" w:hAnsi="Aptos Display"/>
          <w:b/>
          <w:sz w:val="48"/>
        </w:rPr>
        <w:t>SING OFF SHOWDOWN</w:t>
      </w:r>
    </w:p>
    <w:p w14:paraId="2D2F57D5" w14:textId="77777777" w:rsidR="001508EA" w:rsidRDefault="005B1896">
      <w:pPr>
        <w:spacing w:after="200"/>
        <w:jc w:val="center"/>
      </w:pPr>
      <w:r>
        <w:rPr>
          <w:b/>
          <w:sz w:val="22"/>
        </w:rPr>
        <w:t>OFFICIAL COMPETITION TERMS &amp; CONDITIONS</w:t>
      </w:r>
    </w:p>
    <w:p w14:paraId="0C49452C" w14:textId="77777777" w:rsidR="001508EA" w:rsidRDefault="005B1896">
      <w:pPr>
        <w:spacing w:after="200"/>
        <w:jc w:val="center"/>
      </w:pPr>
      <w:r>
        <w:rPr>
          <w:i/>
        </w:rPr>
        <w:t>Oak Flats Bowling Club | Hits Alive Entertainment</w:t>
      </w:r>
    </w:p>
    <w:p w14:paraId="71EF64B3" w14:textId="77777777" w:rsidR="001508EA" w:rsidRDefault="005B1896">
      <w:pPr>
        <w:jc w:val="both"/>
      </w:pPr>
      <w:r>
        <w:rPr>
          <w:b/>
        </w:rPr>
        <w:t>By entering the Sing Off Showdown Karaoke Competition, all contestants acknowledge that they have read, understood and agree to be bound by these Terms and Conditions.</w:t>
      </w:r>
    </w:p>
    <w:p w14:paraId="07F71E51" w14:textId="77777777" w:rsidR="001508EA" w:rsidRDefault="005B1896">
      <w:pPr>
        <w:pStyle w:val="TCHeading1"/>
      </w:pPr>
      <w:r>
        <w:t>1. Competition Overview</w:t>
      </w:r>
    </w:p>
    <w:p w14:paraId="2E52C37F" w14:textId="77777777" w:rsidR="001508EA" w:rsidRDefault="005B1896">
      <w:pPr>
        <w:keepLines/>
      </w:pPr>
      <w:r>
        <w:rPr>
          <w:b/>
        </w:rPr>
        <w:t xml:space="preserve">1.1 </w:t>
      </w:r>
      <w:r>
        <w:t>The Sing Off Showdown is an amateur karaoke singing competition conducted over a ten (10) week competition period.</w:t>
      </w:r>
    </w:p>
    <w:p w14:paraId="3822B036" w14:textId="77777777" w:rsidR="001508EA" w:rsidRDefault="005B1896">
      <w:pPr>
        <w:keepLines/>
      </w:pPr>
      <w:r>
        <w:rPr>
          <w:b/>
        </w:rPr>
        <w:t xml:space="preserve">1.2 </w:t>
      </w:r>
      <w:r>
        <w:t>The competition will consist of nine (9) weekly qualifying rounds, followed by the Grand Final in Week 10.</w:t>
      </w:r>
    </w:p>
    <w:p w14:paraId="25CECFA0" w14:textId="77777777" w:rsidR="001508EA" w:rsidRDefault="005B1896">
      <w:pPr>
        <w:keepLines/>
      </w:pPr>
      <w:r>
        <w:rPr>
          <w:b/>
        </w:rPr>
        <w:t xml:space="preserve">1.3 </w:t>
      </w:r>
      <w:r>
        <w:t xml:space="preserve">Weekly qualifying rounds will be held during the regular Karaoke </w:t>
      </w:r>
      <w:proofErr w:type="gramStart"/>
      <w:r>
        <w:t>night time</w:t>
      </w:r>
      <w:proofErr w:type="gramEnd"/>
      <w:r>
        <w:t xml:space="preserve"> slot, from 8:30pm to 11:30pm.</w:t>
      </w:r>
    </w:p>
    <w:p w14:paraId="09FFF5F5" w14:textId="77777777" w:rsidR="001508EA" w:rsidRDefault="005B1896">
      <w:pPr>
        <w:keepLines/>
      </w:pPr>
      <w:r>
        <w:rPr>
          <w:b/>
        </w:rPr>
        <w:t xml:space="preserve">1.4 </w:t>
      </w:r>
      <w:r>
        <w:t>One (1) contestant will be selected by the judging panel at each of the nine (9) weekly qualifying rounds, resulting in nine (9) weekly finalists.</w:t>
      </w:r>
    </w:p>
    <w:p w14:paraId="3B8B80C3" w14:textId="77777777" w:rsidR="001508EA" w:rsidRDefault="005B1896">
      <w:pPr>
        <w:keepLines/>
      </w:pPr>
      <w:r>
        <w:rPr>
          <w:b/>
        </w:rPr>
        <w:t xml:space="preserve">1.5 </w:t>
      </w:r>
      <w:r>
        <w:t>In addition to the nine weekly finalists, one (1) People's Choice finalist will be selected based on audience votes accumulated throughout the qualifying series.</w:t>
      </w:r>
    </w:p>
    <w:p w14:paraId="71D77AA0" w14:textId="77777777" w:rsidR="001508EA" w:rsidRDefault="005B1896">
      <w:pPr>
        <w:keepLines/>
      </w:pPr>
      <w:r>
        <w:rPr>
          <w:b/>
        </w:rPr>
        <w:t xml:space="preserve">1.6 </w:t>
      </w:r>
      <w:r>
        <w:t>The ninth and final qualifying round will take place on Friday, 4 December, at which time the People's Choice finalist will also be announced.</w:t>
      </w:r>
    </w:p>
    <w:p w14:paraId="72883865" w14:textId="77777777" w:rsidR="001508EA" w:rsidRDefault="005B1896">
      <w:pPr>
        <w:keepLines/>
      </w:pPr>
      <w:r>
        <w:rPr>
          <w:b/>
        </w:rPr>
        <w:t xml:space="preserve">1.7 </w:t>
      </w:r>
      <w:r>
        <w:t>The nine (9) weekly qualifying winners and one (1) People's Choice winner will make up the ten (10) contestants competing in the Grand Final.</w:t>
      </w:r>
    </w:p>
    <w:p w14:paraId="6EE866A9" w14:textId="77777777" w:rsidR="001508EA" w:rsidRDefault="005B1896">
      <w:pPr>
        <w:keepLines/>
      </w:pPr>
      <w:r>
        <w:rPr>
          <w:b/>
        </w:rPr>
        <w:t xml:space="preserve">1.8 </w:t>
      </w:r>
      <w:r>
        <w:t>The Sing Off Showdown Grand Final will be held on Friday, 11 December.</w:t>
      </w:r>
    </w:p>
    <w:p w14:paraId="64B757DB" w14:textId="4302611D" w:rsidR="001508EA" w:rsidRDefault="005B1896">
      <w:pPr>
        <w:keepLines/>
      </w:pPr>
      <w:r>
        <w:rPr>
          <w:b/>
        </w:rPr>
        <w:t xml:space="preserve">1.9 </w:t>
      </w:r>
      <w:r>
        <w:t>The winner of the Grand Final will be crowned the Sing Off Showdown Champion and receive the $</w:t>
      </w:r>
      <w:r w:rsidR="00087666">
        <w:t>10</w:t>
      </w:r>
      <w:r>
        <w:t>00 Cash Grand Prize.</w:t>
      </w:r>
    </w:p>
    <w:p w14:paraId="68B24D24" w14:textId="77777777" w:rsidR="001508EA" w:rsidRDefault="005B1896">
      <w:pPr>
        <w:pStyle w:val="TCHeading1"/>
      </w:pPr>
      <w:r>
        <w:t>2. Eligibility</w:t>
      </w:r>
    </w:p>
    <w:p w14:paraId="1B463D17" w14:textId="77777777" w:rsidR="001508EA" w:rsidRDefault="005B1896">
      <w:pPr>
        <w:keepLines/>
      </w:pPr>
      <w:r>
        <w:rPr>
          <w:b/>
        </w:rPr>
        <w:t xml:space="preserve">2.1 </w:t>
      </w:r>
      <w:r>
        <w:t>The Sing Off Showdown is open to amateur singers only.</w:t>
      </w:r>
    </w:p>
    <w:p w14:paraId="70A25B1E" w14:textId="77777777" w:rsidR="001508EA" w:rsidRDefault="005B1896">
      <w:pPr>
        <w:keepLines/>
      </w:pPr>
      <w:r>
        <w:rPr>
          <w:b/>
        </w:rPr>
        <w:t xml:space="preserve">2.2 </w:t>
      </w:r>
      <w:r>
        <w:t>All contestants must be 18 years of age or older at the time of entering the competition.</w:t>
      </w:r>
    </w:p>
    <w:p w14:paraId="1F8E7DD8" w14:textId="77777777" w:rsidR="001508EA" w:rsidRDefault="005B1896">
      <w:pPr>
        <w:keepLines/>
      </w:pPr>
      <w:r>
        <w:rPr>
          <w:b/>
        </w:rPr>
        <w:t xml:space="preserve">2.3 </w:t>
      </w:r>
      <w:r>
        <w:t>Employees of Hits Alive Entertainment are not eligible to enter or compete.</w:t>
      </w:r>
    </w:p>
    <w:p w14:paraId="387E8955" w14:textId="77777777" w:rsidR="001508EA" w:rsidRDefault="005B1896">
      <w:pPr>
        <w:keepLines/>
      </w:pPr>
      <w:r>
        <w:rPr>
          <w:b/>
        </w:rPr>
        <w:t xml:space="preserve">2.4 </w:t>
      </w:r>
      <w:r>
        <w:t>Employees of Oak Flats Bowling Club, members of the Oak Flats Bowling Club Board of Directors, and their immediate family members are not eligible to enter or compete in the Sing Off Showdown.</w:t>
      </w:r>
    </w:p>
    <w:p w14:paraId="69674EC1" w14:textId="77777777" w:rsidR="001508EA" w:rsidRDefault="005B1896">
      <w:pPr>
        <w:keepLines/>
      </w:pPr>
      <w:r>
        <w:rPr>
          <w:b/>
        </w:rPr>
        <w:t xml:space="preserve">2.5 </w:t>
      </w:r>
      <w:r>
        <w:t xml:space="preserve">Competition </w:t>
      </w:r>
      <w:proofErr w:type="spellStart"/>
      <w:r>
        <w:t>organisers</w:t>
      </w:r>
      <w:proofErr w:type="spellEnd"/>
      <w:r>
        <w:t xml:space="preserve"> reserve the right to refuse or cancel an entry where a contestant is found to be ineligible or has failed to comply with these Terms and Conditions.</w:t>
      </w:r>
    </w:p>
    <w:p w14:paraId="3B4529E4" w14:textId="77777777" w:rsidR="001508EA" w:rsidRDefault="005B1896">
      <w:pPr>
        <w:pStyle w:val="TCHeading1"/>
      </w:pPr>
      <w:r>
        <w:t>3. Entries &amp; Weekly Contestant Limits</w:t>
      </w:r>
    </w:p>
    <w:p w14:paraId="6764D941" w14:textId="77777777" w:rsidR="001508EA" w:rsidRDefault="005B1896">
      <w:pPr>
        <w:keepLines/>
      </w:pPr>
      <w:r>
        <w:rPr>
          <w:b/>
        </w:rPr>
        <w:t xml:space="preserve">3.1 </w:t>
      </w:r>
      <w:r>
        <w:t>Each weekly qualifying round will be limited to a maximum of ten (10) contestant positions.</w:t>
      </w:r>
    </w:p>
    <w:p w14:paraId="22EF931E" w14:textId="77777777" w:rsidR="001508EA" w:rsidRDefault="005B1896">
      <w:pPr>
        <w:keepLines/>
      </w:pPr>
      <w:r>
        <w:rPr>
          <w:b/>
        </w:rPr>
        <w:t xml:space="preserve">3.2 </w:t>
      </w:r>
      <w:r>
        <w:t>Contestants will perform in the order in which their applications are received.</w:t>
      </w:r>
    </w:p>
    <w:p w14:paraId="5BEBAD14" w14:textId="77777777" w:rsidR="001508EA" w:rsidRDefault="005B1896">
      <w:pPr>
        <w:keepLines/>
      </w:pPr>
      <w:r>
        <w:rPr>
          <w:b/>
        </w:rPr>
        <w:t xml:space="preserve">3.3 </w:t>
      </w:r>
      <w:r>
        <w:t>All applications must be submitted no later than two (2) hours prior to the commencement of that evening's competition.</w:t>
      </w:r>
    </w:p>
    <w:p w14:paraId="7B5BC788" w14:textId="77777777" w:rsidR="001508EA" w:rsidRDefault="005B1896">
      <w:pPr>
        <w:keepLines/>
      </w:pPr>
      <w:r>
        <w:rPr>
          <w:b/>
        </w:rPr>
        <w:t xml:space="preserve">3.4 </w:t>
      </w:r>
      <w:r>
        <w:t>Entries will only be accepted via email submission to hitsalive@hn.ozemail.com.au or by application directly with Hits Alive Entertainment staff during Karaoke nights.</w:t>
      </w:r>
    </w:p>
    <w:p w14:paraId="0B02A27F" w14:textId="77777777" w:rsidR="001508EA" w:rsidRDefault="005B1896">
      <w:pPr>
        <w:keepLines/>
      </w:pPr>
      <w:r>
        <w:rPr>
          <w:b/>
        </w:rPr>
        <w:t xml:space="preserve">3.5 </w:t>
      </w:r>
      <w:r>
        <w:t>Entry is subject to availability. Submission of an application does not guarantee a position if all ten contestant positions have already been filled.</w:t>
      </w:r>
    </w:p>
    <w:p w14:paraId="7F209FCD" w14:textId="77777777" w:rsidR="001508EA" w:rsidRDefault="005B1896">
      <w:pPr>
        <w:keepLines/>
      </w:pPr>
      <w:r>
        <w:rPr>
          <w:b/>
        </w:rPr>
        <w:t xml:space="preserve">3.6 </w:t>
      </w:r>
      <w:r>
        <w:t>Once all ten (10) positions have been filled for a qualifying round, no further entries will be accepted for that round.</w:t>
      </w:r>
    </w:p>
    <w:p w14:paraId="219F681F" w14:textId="77777777" w:rsidR="001508EA" w:rsidRDefault="005B1896">
      <w:pPr>
        <w:keepLines/>
      </w:pPr>
      <w:r>
        <w:rPr>
          <w:b/>
        </w:rPr>
        <w:t xml:space="preserve">3.7 </w:t>
      </w:r>
      <w:r>
        <w:t>Contestants who have not secured a weekly qualifying position in the Grand Final may enter as many qualifying rounds as they wish, subject to availability.</w:t>
      </w:r>
    </w:p>
    <w:p w14:paraId="7B6A2F6C" w14:textId="77777777" w:rsidR="001508EA" w:rsidRDefault="005B1896">
      <w:pPr>
        <w:keepLines/>
      </w:pPr>
      <w:r>
        <w:rPr>
          <w:b/>
        </w:rPr>
        <w:t xml:space="preserve">3.8 </w:t>
      </w:r>
      <w:r>
        <w:t>Each contestant may secure only one (1) position in the Grand Final.</w:t>
      </w:r>
    </w:p>
    <w:p w14:paraId="33AA2AFC" w14:textId="77777777" w:rsidR="001508EA" w:rsidRDefault="005B1896">
      <w:pPr>
        <w:pStyle w:val="TCHeading1"/>
      </w:pPr>
      <w:r>
        <w:t>4. Performance Requirements</w:t>
      </w:r>
    </w:p>
    <w:p w14:paraId="223FDCFE" w14:textId="77777777" w:rsidR="001508EA" w:rsidRDefault="005B1896">
      <w:pPr>
        <w:keepLines/>
      </w:pPr>
      <w:r>
        <w:rPr>
          <w:b/>
        </w:rPr>
        <w:t xml:space="preserve">4.1 </w:t>
      </w:r>
      <w:r>
        <w:t>Each contestant must perform two (2) songs during their weekly qualifying round to be eligible for judging.</w:t>
      </w:r>
    </w:p>
    <w:p w14:paraId="070DAEC7" w14:textId="77777777" w:rsidR="001508EA" w:rsidRDefault="005B1896">
      <w:pPr>
        <w:keepLines/>
      </w:pPr>
      <w:r>
        <w:rPr>
          <w:b/>
        </w:rPr>
        <w:lastRenderedPageBreak/>
        <w:t xml:space="preserve">4.2 </w:t>
      </w:r>
      <w:r>
        <w:t>Contestants are responsible for selecting songs available through the karaoke system provided by Hits Alive Entertainment.</w:t>
      </w:r>
    </w:p>
    <w:p w14:paraId="32F6CC1B" w14:textId="77777777" w:rsidR="001508EA" w:rsidRDefault="005B1896">
      <w:pPr>
        <w:keepLines/>
      </w:pPr>
      <w:r>
        <w:rPr>
          <w:b/>
        </w:rPr>
        <w:t xml:space="preserve">4.3 </w:t>
      </w:r>
      <w:r>
        <w:t>Each song may only be performed once per qualifying night.</w:t>
      </w:r>
    </w:p>
    <w:p w14:paraId="4100EA0C" w14:textId="77777777" w:rsidR="001508EA" w:rsidRDefault="005B1896">
      <w:pPr>
        <w:keepLines/>
      </w:pPr>
      <w:r>
        <w:rPr>
          <w:b/>
        </w:rPr>
        <w:t xml:space="preserve">4.4 </w:t>
      </w:r>
      <w:r>
        <w:t>Different versions, arrangements or karaoke versions of the same song will be considered the same song and may not be performed by multiple contestants during the same qualifying round.</w:t>
      </w:r>
    </w:p>
    <w:p w14:paraId="5B1F97B6" w14:textId="77777777" w:rsidR="001508EA" w:rsidRDefault="005B1896">
      <w:pPr>
        <w:keepLines/>
      </w:pPr>
      <w:r>
        <w:rPr>
          <w:b/>
        </w:rPr>
        <w:t xml:space="preserve">4.5 </w:t>
      </w:r>
      <w:r>
        <w:t xml:space="preserve">Song selection will operate on a </w:t>
      </w:r>
      <w:proofErr w:type="gramStart"/>
      <w:r>
        <w:t>first in</w:t>
      </w:r>
      <w:proofErr w:type="gramEnd"/>
      <w:r>
        <w:t xml:space="preserve">, </w:t>
      </w:r>
      <w:proofErr w:type="gramStart"/>
      <w:r>
        <w:t>first sing</w:t>
      </w:r>
      <w:proofErr w:type="gramEnd"/>
      <w:r>
        <w:t xml:space="preserve"> basis. Once a song has been selected by a contestant, that song will be unavailable for selection by another contestant that evening.</w:t>
      </w:r>
    </w:p>
    <w:p w14:paraId="660C1AA6" w14:textId="77777777" w:rsidR="001508EA" w:rsidRDefault="005B1896">
      <w:pPr>
        <w:keepLines/>
      </w:pPr>
      <w:r>
        <w:rPr>
          <w:b/>
        </w:rPr>
        <w:t xml:space="preserve">4.6 </w:t>
      </w:r>
      <w:r>
        <w:t>Songs containing profanity will not be accepted. Contestants must select songs appropriate for performance within the Club environment.</w:t>
      </w:r>
    </w:p>
    <w:p w14:paraId="796743F8" w14:textId="77777777" w:rsidR="001508EA" w:rsidRDefault="005B1896">
      <w:pPr>
        <w:keepLines/>
      </w:pPr>
      <w:r>
        <w:rPr>
          <w:b/>
        </w:rPr>
        <w:t xml:space="preserve">4.7 </w:t>
      </w:r>
      <w:r>
        <w:t xml:space="preserve">If a selected song is deemed inappropriate by the competition </w:t>
      </w:r>
      <w:proofErr w:type="spellStart"/>
      <w:r>
        <w:t>organisers</w:t>
      </w:r>
      <w:proofErr w:type="spellEnd"/>
      <w:r>
        <w:t xml:space="preserve"> or Hits Alive Entertainment, the contestant will be required to select an alternative song.</w:t>
      </w:r>
    </w:p>
    <w:p w14:paraId="09A76FFE" w14:textId="77777777" w:rsidR="001508EA" w:rsidRDefault="005B1896">
      <w:pPr>
        <w:pStyle w:val="TCHeading1"/>
      </w:pPr>
      <w:r>
        <w:t>5. Weekly Judging</w:t>
      </w:r>
    </w:p>
    <w:p w14:paraId="77801027" w14:textId="77777777" w:rsidR="001508EA" w:rsidRDefault="005B1896">
      <w:pPr>
        <w:keepLines/>
      </w:pPr>
      <w:r>
        <w:rPr>
          <w:b/>
        </w:rPr>
        <w:t xml:space="preserve">5.1 </w:t>
      </w:r>
      <w:r>
        <w:t>Each weekly qualifying round will be assessed by a panel of three (3) judges.</w:t>
      </w:r>
    </w:p>
    <w:p w14:paraId="06F8A0CE" w14:textId="77777777" w:rsidR="001508EA" w:rsidRDefault="005B1896">
      <w:pPr>
        <w:keepLines/>
      </w:pPr>
      <w:r>
        <w:rPr>
          <w:b/>
        </w:rPr>
        <w:t xml:space="preserve">5.2 </w:t>
      </w:r>
      <w:r>
        <w:t>Contestants will be assessed across the following criteria:</w:t>
      </w:r>
    </w:p>
    <w:p w14:paraId="0B3DC366" w14:textId="77777777" w:rsidR="001508EA" w:rsidRDefault="005B1896">
      <w:pPr>
        <w:keepLines/>
        <w:ind w:left="454" w:hanging="170"/>
      </w:pPr>
      <w:r>
        <w:rPr>
          <w:b/>
        </w:rPr>
        <w:t xml:space="preserve">• </w:t>
      </w:r>
      <w:r>
        <w:t>Vocal Ability - vocal quality, pitch, control, technique and overall delivery.</w:t>
      </w:r>
    </w:p>
    <w:p w14:paraId="5B7DDB3F" w14:textId="77777777" w:rsidR="001508EA" w:rsidRDefault="005B1896">
      <w:pPr>
        <w:keepLines/>
        <w:ind w:left="454" w:hanging="170"/>
      </w:pPr>
      <w:r>
        <w:rPr>
          <w:b/>
        </w:rPr>
        <w:t xml:space="preserve">• </w:t>
      </w:r>
      <w:r>
        <w:t>Stage Presence - confidence, presentation, performance style and ability to command the stage.</w:t>
      </w:r>
    </w:p>
    <w:p w14:paraId="0650ECC3" w14:textId="77777777" w:rsidR="001508EA" w:rsidRDefault="005B1896">
      <w:pPr>
        <w:keepLines/>
        <w:ind w:left="454" w:hanging="170"/>
      </w:pPr>
      <w:r>
        <w:rPr>
          <w:b/>
        </w:rPr>
        <w:t xml:space="preserve">• </w:t>
      </w:r>
      <w:r>
        <w:t xml:space="preserve">Crowd Engagement - interaction with the audience and ability to entertain and </w:t>
      </w:r>
      <w:proofErr w:type="gramStart"/>
      <w:r>
        <w:t>engage</w:t>
      </w:r>
      <w:proofErr w:type="gramEnd"/>
      <w:r>
        <w:t xml:space="preserve"> the room.</w:t>
      </w:r>
    </w:p>
    <w:p w14:paraId="6997A564" w14:textId="77777777" w:rsidR="001508EA" w:rsidRDefault="005B1896">
      <w:pPr>
        <w:keepLines/>
        <w:ind w:left="454" w:hanging="170"/>
      </w:pPr>
      <w:r>
        <w:rPr>
          <w:b/>
        </w:rPr>
        <w:t xml:space="preserve">• </w:t>
      </w:r>
      <w:r>
        <w:t>Song Choice - suitability of the selected songs to the contestant's voice, style and overall performance.</w:t>
      </w:r>
    </w:p>
    <w:p w14:paraId="79B0E223" w14:textId="77777777" w:rsidR="001508EA" w:rsidRDefault="005B1896">
      <w:pPr>
        <w:keepLines/>
      </w:pPr>
      <w:r>
        <w:rPr>
          <w:b/>
        </w:rPr>
        <w:t xml:space="preserve">5.3 </w:t>
      </w:r>
      <w:r>
        <w:t>Both songs performed by each contestant will be considered as part of the judging process.</w:t>
      </w:r>
    </w:p>
    <w:p w14:paraId="11E05FBD" w14:textId="77777777" w:rsidR="001508EA" w:rsidRDefault="005B1896">
      <w:pPr>
        <w:keepLines/>
      </w:pPr>
      <w:r>
        <w:rPr>
          <w:b/>
        </w:rPr>
        <w:t xml:space="preserve">5.4 </w:t>
      </w:r>
      <w:r>
        <w:t>One (1) contestant will be selected as the winner of each weekly qualifying round.</w:t>
      </w:r>
    </w:p>
    <w:p w14:paraId="67C5956C" w14:textId="77777777" w:rsidR="001508EA" w:rsidRDefault="005B1896">
      <w:pPr>
        <w:keepLines/>
      </w:pPr>
      <w:r>
        <w:rPr>
          <w:b/>
        </w:rPr>
        <w:t xml:space="preserve">5.5 </w:t>
      </w:r>
      <w:r>
        <w:t>Each weekly qualifying winner will receive one (1) position in the Sing Off Showdown Grand Final and one (1) $100 Oak Flats Bowling Club voucher.</w:t>
      </w:r>
    </w:p>
    <w:p w14:paraId="2202402E" w14:textId="77777777" w:rsidR="001508EA" w:rsidRDefault="005B1896">
      <w:pPr>
        <w:keepLines/>
      </w:pPr>
      <w:r>
        <w:rPr>
          <w:b/>
        </w:rPr>
        <w:t xml:space="preserve">5.6 </w:t>
      </w:r>
      <w:r>
        <w:t>Decisions made by the judging panel are final.</w:t>
      </w:r>
    </w:p>
    <w:p w14:paraId="4B64E66C" w14:textId="77777777" w:rsidR="001508EA" w:rsidRDefault="005B1896">
      <w:pPr>
        <w:pStyle w:val="TCHeading1"/>
      </w:pPr>
      <w:r>
        <w:t>6. People's Choice</w:t>
      </w:r>
    </w:p>
    <w:p w14:paraId="78E8A289" w14:textId="77777777" w:rsidR="001508EA" w:rsidRDefault="005B1896">
      <w:pPr>
        <w:keepLines/>
      </w:pPr>
      <w:r>
        <w:rPr>
          <w:b/>
        </w:rPr>
        <w:t xml:space="preserve">6.1 </w:t>
      </w:r>
      <w:r>
        <w:t>In addition to the weekly judging process, the Sing Off Showdown will include a People's Choice audience vote.</w:t>
      </w:r>
    </w:p>
    <w:p w14:paraId="0FB051CA" w14:textId="77777777" w:rsidR="001508EA" w:rsidRDefault="005B1896">
      <w:pPr>
        <w:keepLines/>
      </w:pPr>
      <w:r>
        <w:rPr>
          <w:b/>
        </w:rPr>
        <w:t xml:space="preserve">6.2 </w:t>
      </w:r>
      <w:r>
        <w:t>People's Choice votes will accumulate throughout the nine (9) weekly qualifying rounds.</w:t>
      </w:r>
    </w:p>
    <w:p w14:paraId="7A3E7B23" w14:textId="77777777" w:rsidR="001508EA" w:rsidRDefault="005B1896">
      <w:pPr>
        <w:keepLines/>
      </w:pPr>
      <w:r>
        <w:rPr>
          <w:b/>
        </w:rPr>
        <w:t xml:space="preserve">6.3 </w:t>
      </w:r>
      <w:r>
        <w:t>The eligible contestant with the highest accumulated People's Choice vote will receive the tenth and final position in the Sing Off Showdown Grand Final.</w:t>
      </w:r>
    </w:p>
    <w:p w14:paraId="4A06D5DD" w14:textId="77777777" w:rsidR="001508EA" w:rsidRDefault="005B1896">
      <w:pPr>
        <w:keepLines/>
      </w:pPr>
      <w:r>
        <w:rPr>
          <w:b/>
        </w:rPr>
        <w:t xml:space="preserve">6.4 </w:t>
      </w:r>
      <w:r>
        <w:t>The People's Choice finalist will be announced at the final qualifying round on Friday, 4 December.</w:t>
      </w:r>
    </w:p>
    <w:p w14:paraId="03476BB6" w14:textId="77777777" w:rsidR="001508EA" w:rsidRDefault="005B1896">
      <w:pPr>
        <w:keepLines/>
      </w:pPr>
      <w:r>
        <w:rPr>
          <w:b/>
        </w:rPr>
        <w:t xml:space="preserve">6.5 </w:t>
      </w:r>
      <w:r>
        <w:t>The People's Choice voting process is separate from the judging panel's selection of each weekly qualifying winner.</w:t>
      </w:r>
    </w:p>
    <w:p w14:paraId="65FBD239" w14:textId="77777777" w:rsidR="001508EA" w:rsidRDefault="005B1896">
      <w:pPr>
        <w:keepLines/>
      </w:pPr>
      <w:r>
        <w:rPr>
          <w:b/>
        </w:rPr>
        <w:t xml:space="preserve">6.6 </w:t>
      </w:r>
      <w:r>
        <w:t>If the contestant with the highest accumulated People's Choice vote has already secured a Grand Final position by winning a weekly qualifying round, the People's Choice Grand Final position will be awarded to the next highest eligible contestant who has not already qualified.</w:t>
      </w:r>
    </w:p>
    <w:p w14:paraId="08BCBBE4" w14:textId="77777777" w:rsidR="001508EA" w:rsidRDefault="005B1896">
      <w:pPr>
        <w:keepLines/>
      </w:pPr>
      <w:r>
        <w:rPr>
          <w:b/>
        </w:rPr>
        <w:t xml:space="preserve">6.7 </w:t>
      </w:r>
      <w:r>
        <w:t xml:space="preserve">The competition </w:t>
      </w:r>
      <w:proofErr w:type="spellStart"/>
      <w:r>
        <w:t>organisers</w:t>
      </w:r>
      <w:proofErr w:type="spellEnd"/>
      <w:r>
        <w:t xml:space="preserve"> reserve the right to disregard votes reasonably believed to have resulted from manipulation, duplication or conduct inconsistent with the intended spirit of the competition.</w:t>
      </w:r>
    </w:p>
    <w:p w14:paraId="4B80C284" w14:textId="77777777" w:rsidR="001508EA" w:rsidRDefault="005B1896">
      <w:pPr>
        <w:keepLines/>
      </w:pPr>
      <w:r>
        <w:rPr>
          <w:b/>
        </w:rPr>
        <w:t xml:space="preserve">6.8 </w:t>
      </w:r>
      <w:r>
        <w:t xml:space="preserve">The competition </w:t>
      </w:r>
      <w:proofErr w:type="spellStart"/>
      <w:r>
        <w:t>organisers'</w:t>
      </w:r>
      <w:proofErr w:type="spellEnd"/>
      <w:r>
        <w:t xml:space="preserve"> decision regarding the validity and final count of People's Choice votes is final.</w:t>
      </w:r>
    </w:p>
    <w:p w14:paraId="25B30DA2" w14:textId="77777777" w:rsidR="001508EA" w:rsidRDefault="005B1896">
      <w:pPr>
        <w:pStyle w:val="TCHeading1"/>
      </w:pPr>
      <w:r>
        <w:t>7. Grand Final - Friday, 11 December</w:t>
      </w:r>
    </w:p>
    <w:p w14:paraId="611EC4DC" w14:textId="77777777" w:rsidR="001508EA" w:rsidRDefault="005B1896">
      <w:pPr>
        <w:keepLines/>
      </w:pPr>
      <w:r>
        <w:rPr>
          <w:b/>
        </w:rPr>
        <w:t xml:space="preserve">7.1 </w:t>
      </w:r>
      <w:r>
        <w:t>Week 10 of the Sing Off Showdown will be the Grand Final, held on Friday, 11 December.</w:t>
      </w:r>
    </w:p>
    <w:p w14:paraId="747310EC" w14:textId="77777777" w:rsidR="001508EA" w:rsidRDefault="005B1896">
      <w:pPr>
        <w:keepLines/>
      </w:pPr>
      <w:r>
        <w:rPr>
          <w:b/>
        </w:rPr>
        <w:t xml:space="preserve">7.2 </w:t>
      </w:r>
      <w:r>
        <w:t>The Grand Final will consist of ten (10) finalists, comprising nine (9) weekly qualifying winners and one (1) People's Choice finalist.</w:t>
      </w:r>
    </w:p>
    <w:p w14:paraId="7D5D283D" w14:textId="77777777" w:rsidR="001508EA" w:rsidRDefault="005B1896">
      <w:pPr>
        <w:keepLines/>
      </w:pPr>
      <w:r>
        <w:rPr>
          <w:b/>
        </w:rPr>
        <w:t xml:space="preserve">7.3 </w:t>
      </w:r>
      <w:r>
        <w:t>Each contestant may hold only one position in the Grand Final.</w:t>
      </w:r>
    </w:p>
    <w:p w14:paraId="79DDABC3" w14:textId="77777777" w:rsidR="001508EA" w:rsidRDefault="005B1896">
      <w:pPr>
        <w:keepLines/>
      </w:pPr>
      <w:r>
        <w:rPr>
          <w:b/>
        </w:rPr>
        <w:t xml:space="preserve">7.4 </w:t>
      </w:r>
      <w:r>
        <w:t>The ten finalists will compete for the title of Sing Off Showdown Champion.</w:t>
      </w:r>
    </w:p>
    <w:p w14:paraId="48133E91" w14:textId="2918F781" w:rsidR="001508EA" w:rsidRDefault="005B1896">
      <w:pPr>
        <w:keepLines/>
      </w:pPr>
      <w:r>
        <w:rPr>
          <w:b/>
        </w:rPr>
        <w:t xml:space="preserve">7.5 </w:t>
      </w:r>
      <w:r>
        <w:t>The overall winner will receive the $</w:t>
      </w:r>
      <w:r w:rsidR="00855043">
        <w:t>10</w:t>
      </w:r>
      <w:r>
        <w:t>00 Cash Grand Prize.</w:t>
      </w:r>
    </w:p>
    <w:p w14:paraId="25541BB7" w14:textId="77777777" w:rsidR="001508EA" w:rsidRDefault="005B1896">
      <w:pPr>
        <w:keepLines/>
      </w:pPr>
      <w:r>
        <w:rPr>
          <w:b/>
        </w:rPr>
        <w:t xml:space="preserve">7.6 </w:t>
      </w:r>
      <w:r>
        <w:t>Details regarding the Grand Final performance format, song requirements, running order and judging process will be communicated to finalists prior to the Grand Final.</w:t>
      </w:r>
    </w:p>
    <w:p w14:paraId="26B8098F" w14:textId="77777777" w:rsidR="001508EA" w:rsidRDefault="005B1896">
      <w:pPr>
        <w:pStyle w:val="TCHeading1"/>
      </w:pPr>
      <w:r>
        <w:lastRenderedPageBreak/>
        <w:t>8. Contestant Conduct</w:t>
      </w:r>
    </w:p>
    <w:p w14:paraId="7D5370C3" w14:textId="77777777" w:rsidR="001508EA" w:rsidRDefault="005B1896">
      <w:pPr>
        <w:keepLines/>
      </w:pPr>
      <w:r>
        <w:rPr>
          <w:b/>
        </w:rPr>
        <w:t xml:space="preserve">8.1 </w:t>
      </w:r>
      <w:r>
        <w:t>All contestants are expected to conduct themselves in a respectful and appropriate manner towards fellow contestants, judges, Hits Alive Entertainment staff, Oak Flats Bowling Club staff and patrons.</w:t>
      </w:r>
    </w:p>
    <w:p w14:paraId="0519E36D" w14:textId="77777777" w:rsidR="001508EA" w:rsidRDefault="005B1896">
      <w:pPr>
        <w:keepLines/>
      </w:pPr>
      <w:r>
        <w:rPr>
          <w:b/>
        </w:rPr>
        <w:t xml:space="preserve">8.2 </w:t>
      </w:r>
      <w:r>
        <w:t xml:space="preserve">Abusive, threatening, disruptive, discriminatory, unsportsmanlike or otherwise inappropriate </w:t>
      </w:r>
      <w:proofErr w:type="spellStart"/>
      <w:r>
        <w:t>behaviour</w:t>
      </w:r>
      <w:proofErr w:type="spellEnd"/>
      <w:r>
        <w:t xml:space="preserve"> may result in immediate disqualification.</w:t>
      </w:r>
    </w:p>
    <w:p w14:paraId="4D36865E" w14:textId="77777777" w:rsidR="001508EA" w:rsidRDefault="005B1896">
      <w:pPr>
        <w:keepLines/>
      </w:pPr>
      <w:r>
        <w:rPr>
          <w:b/>
        </w:rPr>
        <w:t xml:space="preserve">8.3 </w:t>
      </w:r>
      <w:r>
        <w:t xml:space="preserve">Contestants must comply with all reasonable directions provided by Hits Alive Entertainment, competition </w:t>
      </w:r>
      <w:proofErr w:type="spellStart"/>
      <w:r>
        <w:t>organisers</w:t>
      </w:r>
      <w:proofErr w:type="spellEnd"/>
      <w:r>
        <w:t xml:space="preserve"> and Oak Flats Bowling Club management.</w:t>
      </w:r>
    </w:p>
    <w:p w14:paraId="3FCD9FB6" w14:textId="77777777" w:rsidR="001508EA" w:rsidRDefault="005B1896">
      <w:pPr>
        <w:keepLines/>
      </w:pPr>
      <w:r>
        <w:rPr>
          <w:b/>
        </w:rPr>
        <w:t xml:space="preserve">8.4 </w:t>
      </w:r>
      <w:r>
        <w:t xml:space="preserve">Any contestant who attempts to interfere with the judging or voting process, </w:t>
      </w:r>
      <w:proofErr w:type="gramStart"/>
      <w:r>
        <w:t>gain</w:t>
      </w:r>
      <w:proofErr w:type="gramEnd"/>
      <w:r>
        <w:t xml:space="preserve"> an unfair advantage or otherwise </w:t>
      </w:r>
      <w:proofErr w:type="gramStart"/>
      <w:r>
        <w:t>compromise</w:t>
      </w:r>
      <w:proofErr w:type="gramEnd"/>
      <w:r>
        <w:t xml:space="preserve"> the integrity of the competition may be disqualified.</w:t>
      </w:r>
    </w:p>
    <w:p w14:paraId="4E74E19B" w14:textId="77777777" w:rsidR="001508EA" w:rsidRDefault="005B1896">
      <w:pPr>
        <w:pStyle w:val="TCHeading1"/>
      </w:pPr>
      <w:r>
        <w:t>9. Competition Administration</w:t>
      </w:r>
    </w:p>
    <w:p w14:paraId="74FFE500" w14:textId="77777777" w:rsidR="001508EA" w:rsidRDefault="005B1896">
      <w:pPr>
        <w:keepLines/>
      </w:pPr>
      <w:r>
        <w:rPr>
          <w:b/>
        </w:rPr>
        <w:t xml:space="preserve">9.1 </w:t>
      </w:r>
      <w:r>
        <w:t xml:space="preserve">The competition </w:t>
      </w:r>
      <w:proofErr w:type="spellStart"/>
      <w:r>
        <w:t>organisers</w:t>
      </w:r>
      <w:proofErr w:type="spellEnd"/>
      <w:r>
        <w:t xml:space="preserve"> reserve the right to make reasonable changes to the running order, competition format, judging arrangements or schedule where necessary for the fair and effective operation of the competition.</w:t>
      </w:r>
    </w:p>
    <w:p w14:paraId="18012E35" w14:textId="77777777" w:rsidR="001508EA" w:rsidRDefault="005B1896">
      <w:pPr>
        <w:keepLines/>
      </w:pPr>
      <w:r>
        <w:rPr>
          <w:b/>
        </w:rPr>
        <w:t xml:space="preserve">9.2 </w:t>
      </w:r>
      <w:r>
        <w:t>In the event of unforeseen circumstances, a qualifying round or the Grand Final may be postponed, rescheduled or cancelled.</w:t>
      </w:r>
    </w:p>
    <w:p w14:paraId="00566ED1" w14:textId="77777777" w:rsidR="001508EA" w:rsidRDefault="005B1896">
      <w:pPr>
        <w:keepLines/>
      </w:pPr>
      <w:r>
        <w:rPr>
          <w:b/>
        </w:rPr>
        <w:t xml:space="preserve">9.3 </w:t>
      </w:r>
      <w:r>
        <w:t xml:space="preserve">The </w:t>
      </w:r>
      <w:proofErr w:type="spellStart"/>
      <w:r>
        <w:t>organisers</w:t>
      </w:r>
      <w:proofErr w:type="spellEnd"/>
      <w:r>
        <w:t xml:space="preserve"> reserve the right to make reasonable rulings regarding circumstances not specifically addressed within these Terms and Conditions.</w:t>
      </w:r>
    </w:p>
    <w:p w14:paraId="0EE5E6F3" w14:textId="77777777" w:rsidR="001508EA" w:rsidRDefault="005B1896">
      <w:pPr>
        <w:keepLines/>
      </w:pPr>
      <w:r>
        <w:rPr>
          <w:b/>
        </w:rPr>
        <w:t xml:space="preserve">9.4 </w:t>
      </w:r>
      <w:r>
        <w:t>Participation in the Sing Off Showdown is subject to the normal conditions of entry and policies of Oak Flats Bowling Club.</w:t>
      </w:r>
    </w:p>
    <w:p w14:paraId="24D9B366" w14:textId="77777777" w:rsidR="001508EA" w:rsidRDefault="005B1896">
      <w:pPr>
        <w:keepLines/>
      </w:pPr>
      <w:r>
        <w:rPr>
          <w:b/>
        </w:rPr>
        <w:t xml:space="preserve">9.5 </w:t>
      </w:r>
      <w:r>
        <w:t>Failure to comply with these Terms and Conditions may result in disqualification from a qualifying round and/or the remainder of the competition.</w:t>
      </w:r>
    </w:p>
    <w:p w14:paraId="4EC41DF6" w14:textId="77777777" w:rsidR="001508EA" w:rsidRDefault="005B1896">
      <w:pPr>
        <w:pStyle w:val="TCHeading1"/>
      </w:pPr>
      <w:r>
        <w:t>10. Acceptance of Terms &amp; Conditions</w:t>
      </w:r>
    </w:p>
    <w:p w14:paraId="54BE447A" w14:textId="77777777" w:rsidR="001508EA" w:rsidRDefault="005B1896">
      <w:pPr>
        <w:keepLines/>
      </w:pPr>
      <w:r>
        <w:rPr>
          <w:b/>
        </w:rPr>
        <w:t xml:space="preserve">10.1 </w:t>
      </w:r>
      <w:r>
        <w:t xml:space="preserve">By </w:t>
      </w:r>
      <w:proofErr w:type="gramStart"/>
      <w:r>
        <w:t>submitting an application</w:t>
      </w:r>
      <w:proofErr w:type="gramEnd"/>
      <w:r>
        <w:t xml:space="preserve"> to enter the Sing Off Showdown, contestants acknowledge that they have read, understood and agree to abide by these Terms and Conditions.</w:t>
      </w:r>
    </w:p>
    <w:p w14:paraId="2255DB8E" w14:textId="77777777" w:rsidR="001508EA" w:rsidRDefault="005B1896">
      <w:pPr>
        <w:keepLines/>
      </w:pPr>
      <w:r>
        <w:rPr>
          <w:b/>
        </w:rPr>
        <w:t xml:space="preserve">10.2 </w:t>
      </w:r>
      <w:r>
        <w:t xml:space="preserve">Entry into the competition constitutes acceptance of the competition format, eligibility requirements, judging process, People's Choice voting process and decisions of the competition </w:t>
      </w:r>
      <w:proofErr w:type="spellStart"/>
      <w:r>
        <w:t>organisers</w:t>
      </w:r>
      <w:proofErr w:type="spellEnd"/>
      <w:r>
        <w:t>.</w:t>
      </w:r>
    </w:p>
    <w:p w14:paraId="52D4AB41" w14:textId="77777777" w:rsidR="001508EA" w:rsidRDefault="005B1896">
      <w:pPr>
        <w:keepLines/>
      </w:pPr>
      <w:r>
        <w:rPr>
          <w:b/>
        </w:rPr>
        <w:t xml:space="preserve">10.3 </w:t>
      </w:r>
      <w:r>
        <w:t xml:space="preserve">The decisions of the judging panel and competition </w:t>
      </w:r>
      <w:proofErr w:type="spellStart"/>
      <w:r>
        <w:t>organisers</w:t>
      </w:r>
      <w:proofErr w:type="spellEnd"/>
      <w:r>
        <w:t xml:space="preserve"> regarding competition results and administration are final.</w:t>
      </w:r>
    </w:p>
    <w:p w14:paraId="43BAC031" w14:textId="77777777" w:rsidR="001508EA" w:rsidRDefault="005B1896">
      <w:pPr>
        <w:spacing w:before="200" w:after="0"/>
        <w:jc w:val="center"/>
      </w:pPr>
      <w:r>
        <w:rPr>
          <w:b/>
          <w:sz w:val="18"/>
        </w:rPr>
        <w:t>ENTRY INTO THE SING OFF SHOWDOWN CONSTITUTES ACCEPTANCE OF ALL TERMS &amp; CONDITIONS.</w:t>
      </w:r>
    </w:p>
    <w:sectPr w:rsidR="001508EA" w:rsidSect="00034616">
      <w:headerReference w:type="default" r:id="rId8"/>
      <w:footerReference w:type="default" r:id="rId9"/>
      <w:pgSz w:w="11906" w:h="16838"/>
      <w:pgMar w:top="1020" w:right="1134" w:bottom="1020" w:left="1134" w:header="720" w:footer="720" w:gutter="0"/>
      <w:pgBorders w:offsetFrom="page">
        <w:top w:val="double" w:sz="12" w:space="18" w:color="1F1F1F"/>
        <w:left w:val="double" w:sz="12" w:space="18" w:color="1F1F1F"/>
        <w:bottom w:val="double" w:sz="12" w:space="18" w:color="1F1F1F"/>
        <w:right w:val="double" w:sz="12" w:space="18" w:color="1F1F1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4B916" w14:textId="77777777" w:rsidR="005B1896" w:rsidRDefault="005B1896">
      <w:pPr>
        <w:spacing w:after="0" w:line="240" w:lineRule="auto"/>
      </w:pPr>
      <w:r>
        <w:separator/>
      </w:r>
    </w:p>
  </w:endnote>
  <w:endnote w:type="continuationSeparator" w:id="0">
    <w:p w14:paraId="3FD49054" w14:textId="77777777" w:rsidR="005B1896" w:rsidRDefault="005B1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376FA" w14:textId="77777777" w:rsidR="001508EA" w:rsidRDefault="005B1896">
    <w:pPr>
      <w:pStyle w:val="Footer"/>
      <w:jc w:val="center"/>
    </w:pPr>
    <w:r>
      <w:rPr>
        <w:sz w:val="16"/>
      </w:rPr>
      <w:t xml:space="preserve">Sing Off Showdown - Official Terms &amp; </w:t>
    </w:r>
    <w:proofErr w:type="gramStart"/>
    <w:r>
      <w:rPr>
        <w:sz w:val="16"/>
      </w:rPr>
      <w:t>Conditions  |</w:t>
    </w:r>
    <w:proofErr w:type="gramEnd"/>
    <w:r>
      <w:rPr>
        <w:sz w:val="16"/>
      </w:rPr>
      <w:t xml:space="preserve">  Page </w:t>
    </w:r>
    <w:r>
      <w:fldChar w:fldCharType="begin"/>
    </w:r>
    <w:r>
      <w:instrText>PAGE</w:instrText>
    </w:r>
    <w:r>
      <w:fldChar w:fldCharType="separate"/>
    </w:r>
    <w:r w:rsidR="0075379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E8A03" w14:textId="77777777" w:rsidR="005B1896" w:rsidRDefault="005B1896">
      <w:pPr>
        <w:spacing w:after="0" w:line="240" w:lineRule="auto"/>
      </w:pPr>
      <w:r>
        <w:separator/>
      </w:r>
    </w:p>
  </w:footnote>
  <w:footnote w:type="continuationSeparator" w:id="0">
    <w:p w14:paraId="0311B054" w14:textId="77777777" w:rsidR="005B1896" w:rsidRDefault="005B18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0DBE0" w14:textId="77777777" w:rsidR="001508EA" w:rsidRDefault="005B1896">
    <w:pPr>
      <w:pStyle w:val="Header"/>
      <w:jc w:val="center"/>
    </w:pPr>
    <w:r>
      <w:rPr>
        <w:b/>
        <w:sz w:val="16"/>
      </w:rPr>
      <w:t xml:space="preserve">OAK FLATS BOWLING </w:t>
    </w:r>
    <w:proofErr w:type="gramStart"/>
    <w:r>
      <w:rPr>
        <w:b/>
        <w:sz w:val="16"/>
      </w:rPr>
      <w:t>CLUB  |</w:t>
    </w:r>
    <w:proofErr w:type="gramEnd"/>
    <w:r>
      <w:rPr>
        <w:b/>
        <w:sz w:val="16"/>
      </w:rPr>
      <w:t xml:space="preserve">  HITS ALIVE ENTERTAINMENT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0565089">
    <w:abstractNumId w:val="8"/>
  </w:num>
  <w:num w:numId="2" w16cid:durableId="773601124">
    <w:abstractNumId w:val="6"/>
  </w:num>
  <w:num w:numId="3" w16cid:durableId="1755858938">
    <w:abstractNumId w:val="5"/>
  </w:num>
  <w:num w:numId="4" w16cid:durableId="1795445456">
    <w:abstractNumId w:val="4"/>
  </w:num>
  <w:num w:numId="5" w16cid:durableId="2041740955">
    <w:abstractNumId w:val="7"/>
  </w:num>
  <w:num w:numId="6" w16cid:durableId="289089544">
    <w:abstractNumId w:val="3"/>
  </w:num>
  <w:num w:numId="7" w16cid:durableId="743842137">
    <w:abstractNumId w:val="2"/>
  </w:num>
  <w:num w:numId="8" w16cid:durableId="1049575843">
    <w:abstractNumId w:val="1"/>
  </w:num>
  <w:num w:numId="9" w16cid:durableId="988435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666"/>
    <w:rsid w:val="00097B3D"/>
    <w:rsid w:val="0015074B"/>
    <w:rsid w:val="001508EA"/>
    <w:rsid w:val="0018290A"/>
    <w:rsid w:val="0029639D"/>
    <w:rsid w:val="002F0C99"/>
    <w:rsid w:val="00326F90"/>
    <w:rsid w:val="004C3E75"/>
    <w:rsid w:val="005B1896"/>
    <w:rsid w:val="0075379A"/>
    <w:rsid w:val="00787C6B"/>
    <w:rsid w:val="0085504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40FCCA"/>
  <w14:defaultImageDpi w14:val="300"/>
  <w15:docId w15:val="{1EB08157-46AC-4E4A-8006-8003BEC50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CHeading1">
    <w:name w:val="TC Heading 1"/>
    <w:pPr>
      <w:keepNext/>
      <w:spacing w:before="160" w:after="80"/>
    </w:pPr>
    <w:rPr>
      <w:rFonts w:ascii="Aptos Display" w:hAnsi="Aptos Display"/>
      <w:b/>
      <w:color w:val="1F1F1F"/>
      <w:sz w:val="26"/>
    </w:rPr>
  </w:style>
  <w:style w:type="paragraph" w:customStyle="1" w:styleId="TCHeading2">
    <w:name w:val="TC Heading 2"/>
    <w:pPr>
      <w:keepNext/>
      <w:spacing w:before="160" w:after="80"/>
    </w:pPr>
    <w:rPr>
      <w:rFonts w:ascii="Aptos Display" w:hAnsi="Aptos Display"/>
      <w:b/>
      <w:color w:val="1F1F1F"/>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1351</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Cassandra Schettino</cp:lastModifiedBy>
  <cp:revision>2</cp:revision>
  <dcterms:created xsi:type="dcterms:W3CDTF">2026-09-03T05:49:00Z</dcterms:created>
  <dcterms:modified xsi:type="dcterms:W3CDTF">2026-09-03T05:49:00Z</dcterms:modified>
  <cp:category/>
</cp:coreProperties>
</file>